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2046" w:rsidRPr="0005118B" w:rsidRDefault="00000000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sz w:val="24"/>
          <w:szCs w:val="24"/>
        </w:rPr>
        <w:t>PÁLYÁZATI ADATLAP – 2026. évi sporttámogatás</w:t>
      </w:r>
    </w:p>
    <w:p w:rsidR="007F505C" w:rsidRPr="0005118B" w:rsidRDefault="007F505C" w:rsidP="007F505C">
      <w:pPr>
        <w:rPr>
          <w:rFonts w:ascii="Times New Roman" w:hAnsi="Times New Roman" w:cs="Times New Roman"/>
          <w:sz w:val="24"/>
          <w:szCs w:val="24"/>
        </w:rPr>
      </w:pPr>
    </w:p>
    <w:p w:rsidR="006A7CAA" w:rsidRPr="0005118B" w:rsidRDefault="006A7CAA" w:rsidP="006A7CAA">
      <w:pPr>
        <w:numPr>
          <w:ilvl w:val="0"/>
          <w:numId w:val="10"/>
        </w:numPr>
        <w:tabs>
          <w:tab w:val="clear" w:pos="360"/>
          <w:tab w:val="num" w:pos="709"/>
          <w:tab w:val="left" w:pos="5812"/>
        </w:tabs>
        <w:spacing w:after="0" w:line="240" w:lineRule="auto"/>
        <w:ind w:left="502"/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t>A támogatást igénylő adatai</w:t>
      </w:r>
    </w:p>
    <w:p w:rsidR="006A7CAA" w:rsidRPr="0005118B" w:rsidRDefault="006A7CAA" w:rsidP="006A7CAA">
      <w:pPr>
        <w:pStyle w:val="llb"/>
        <w:ind w:right="-2"/>
        <w:rPr>
          <w:rFonts w:ascii="Times New Roman" w:hAnsi="Times New Roman" w:cs="Times New Roman"/>
          <w:sz w:val="24"/>
          <w:szCs w:val="24"/>
        </w:rPr>
      </w:pP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6532"/>
      </w:tblGrid>
      <w:tr w:rsidR="006A7CAA" w:rsidRPr="0005118B" w:rsidTr="003B6F34">
        <w:tc>
          <w:tcPr>
            <w:tcW w:w="3708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1.1. Sportszervezet neve:</w:t>
            </w:r>
          </w:p>
        </w:tc>
        <w:tc>
          <w:tcPr>
            <w:tcW w:w="6532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AA" w:rsidRPr="0005118B" w:rsidTr="003B6F34">
        <w:tc>
          <w:tcPr>
            <w:tcW w:w="3708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1.2. Székhely:</w:t>
            </w:r>
          </w:p>
        </w:tc>
        <w:tc>
          <w:tcPr>
            <w:tcW w:w="6532" w:type="dxa"/>
          </w:tcPr>
          <w:p w:rsidR="006A7CAA" w:rsidRPr="0005118B" w:rsidRDefault="006A7CAA" w:rsidP="003B6F34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 xml:space="preserve">irányítószám: </w:t>
            </w:r>
            <w:r w:rsidRPr="0005118B">
              <w:rPr>
                <w:rFonts w:ascii="Times New Roman" w:hAnsi="Times New Roman" w:cs="Times New Roman"/>
                <w:sz w:val="24"/>
                <w:szCs w:val="24"/>
              </w:rPr>
              <w:sym w:font="Monotype Sorts" w:char="F096"/>
            </w:r>
            <w:r w:rsidRPr="0005118B">
              <w:rPr>
                <w:rFonts w:ascii="Times New Roman" w:hAnsi="Times New Roman" w:cs="Times New Roman"/>
                <w:sz w:val="24"/>
                <w:szCs w:val="24"/>
              </w:rPr>
              <w:sym w:font="Monotype Sorts" w:char="F096"/>
            </w:r>
            <w:r w:rsidRPr="0005118B">
              <w:rPr>
                <w:rFonts w:ascii="Times New Roman" w:hAnsi="Times New Roman" w:cs="Times New Roman"/>
                <w:sz w:val="24"/>
                <w:szCs w:val="24"/>
              </w:rPr>
              <w:sym w:font="Monotype Sorts" w:char="F096"/>
            </w:r>
            <w:r w:rsidRPr="0005118B">
              <w:rPr>
                <w:rFonts w:ascii="Times New Roman" w:hAnsi="Times New Roman" w:cs="Times New Roman"/>
                <w:sz w:val="24"/>
                <w:szCs w:val="24"/>
              </w:rPr>
              <w:sym w:font="Monotype Sorts" w:char="F096"/>
            </w:r>
          </w:p>
          <w:p w:rsidR="006A7CAA" w:rsidRPr="0005118B" w:rsidRDefault="006A7CAA" w:rsidP="003B6F34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 xml:space="preserve">helység: </w:t>
            </w:r>
          </w:p>
          <w:p w:rsidR="006A7CAA" w:rsidRPr="0005118B" w:rsidRDefault="006A7CAA" w:rsidP="003B6F34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 xml:space="preserve">utca: </w:t>
            </w: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 xml:space="preserve">házszám: </w:t>
            </w: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AA" w:rsidRPr="0005118B" w:rsidTr="003B6F34">
        <w:tc>
          <w:tcPr>
            <w:tcW w:w="3708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1.3. Levelezési cím:</w:t>
            </w:r>
            <w:r w:rsidRPr="0005118B">
              <w:rPr>
                <w:rStyle w:val="Lbjegyzet-hivatkozs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6532" w:type="dxa"/>
          </w:tcPr>
          <w:p w:rsidR="006A7CAA" w:rsidRPr="0005118B" w:rsidRDefault="006A7CAA" w:rsidP="003B6F34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 xml:space="preserve">irányítószám: </w:t>
            </w:r>
            <w:r w:rsidRPr="0005118B">
              <w:rPr>
                <w:rFonts w:ascii="Times New Roman" w:hAnsi="Times New Roman" w:cs="Times New Roman"/>
                <w:sz w:val="24"/>
                <w:szCs w:val="24"/>
              </w:rPr>
              <w:sym w:font="Monotype Sorts" w:char="F096"/>
            </w:r>
            <w:r w:rsidRPr="0005118B">
              <w:rPr>
                <w:rFonts w:ascii="Times New Roman" w:hAnsi="Times New Roman" w:cs="Times New Roman"/>
                <w:sz w:val="24"/>
                <w:szCs w:val="24"/>
              </w:rPr>
              <w:sym w:font="Monotype Sorts" w:char="F096"/>
            </w:r>
            <w:r w:rsidRPr="0005118B">
              <w:rPr>
                <w:rFonts w:ascii="Times New Roman" w:hAnsi="Times New Roman" w:cs="Times New Roman"/>
                <w:sz w:val="24"/>
                <w:szCs w:val="24"/>
              </w:rPr>
              <w:sym w:font="Monotype Sorts" w:char="F096"/>
            </w:r>
            <w:r w:rsidRPr="0005118B">
              <w:rPr>
                <w:rFonts w:ascii="Times New Roman" w:hAnsi="Times New Roman" w:cs="Times New Roman"/>
                <w:sz w:val="24"/>
                <w:szCs w:val="24"/>
              </w:rPr>
              <w:sym w:font="Monotype Sorts" w:char="F096"/>
            </w:r>
          </w:p>
          <w:p w:rsidR="006A7CAA" w:rsidRPr="0005118B" w:rsidRDefault="006A7CAA" w:rsidP="003B6F34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 xml:space="preserve">helység: </w:t>
            </w:r>
          </w:p>
          <w:p w:rsidR="006A7CAA" w:rsidRPr="0005118B" w:rsidRDefault="006A7CAA" w:rsidP="003B6F34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 xml:space="preserve">utca: </w:t>
            </w: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 xml:space="preserve">házszám: </w:t>
            </w: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AA" w:rsidRPr="0005118B" w:rsidTr="003B6F34">
        <w:tc>
          <w:tcPr>
            <w:tcW w:w="3708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1.4. Képviseletre jogosult személy adatai</w:t>
            </w:r>
          </w:p>
          <w:p w:rsidR="006A7CAA" w:rsidRPr="0005118B" w:rsidRDefault="006A7CAA" w:rsidP="003B6F34">
            <w:pPr>
              <w:pStyle w:val="llb"/>
              <w:spacing w:line="276" w:lineRule="auto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Név:</w:t>
            </w:r>
          </w:p>
          <w:p w:rsidR="006A7CAA" w:rsidRPr="0005118B" w:rsidRDefault="006A7CAA" w:rsidP="003B6F34">
            <w:pPr>
              <w:pStyle w:val="llb"/>
              <w:spacing w:line="276" w:lineRule="auto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Beosztás:</w:t>
            </w:r>
          </w:p>
          <w:p w:rsidR="006A7CAA" w:rsidRPr="0005118B" w:rsidRDefault="006A7CAA" w:rsidP="003B6F34">
            <w:pPr>
              <w:pStyle w:val="llb"/>
              <w:spacing w:line="276" w:lineRule="auto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Telefonszám:</w:t>
            </w:r>
          </w:p>
          <w:p w:rsidR="006A7CAA" w:rsidRPr="0005118B" w:rsidRDefault="006A7CAA" w:rsidP="003B6F34">
            <w:pPr>
              <w:pStyle w:val="llb"/>
              <w:spacing w:line="276" w:lineRule="auto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E-mail cím:</w:t>
            </w: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32" w:type="dxa"/>
          </w:tcPr>
          <w:p w:rsidR="006A7CAA" w:rsidRPr="0005118B" w:rsidRDefault="006A7CAA" w:rsidP="003B6F34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AA" w:rsidRPr="0005118B" w:rsidTr="003B6F34">
        <w:tc>
          <w:tcPr>
            <w:tcW w:w="3708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1.5. Kapcsolattartó elérhetőségei</w:t>
            </w:r>
          </w:p>
          <w:p w:rsidR="006A7CAA" w:rsidRPr="0005118B" w:rsidRDefault="006A7CAA" w:rsidP="003B6F34">
            <w:pPr>
              <w:pStyle w:val="llb"/>
              <w:spacing w:line="276" w:lineRule="auto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Név:</w:t>
            </w:r>
          </w:p>
          <w:p w:rsidR="006A7CAA" w:rsidRPr="0005118B" w:rsidRDefault="006A7CAA" w:rsidP="003B6F34">
            <w:pPr>
              <w:pStyle w:val="llb"/>
              <w:spacing w:line="276" w:lineRule="auto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Beosztás:</w:t>
            </w:r>
          </w:p>
          <w:p w:rsidR="006A7CAA" w:rsidRPr="0005118B" w:rsidRDefault="006A7CAA" w:rsidP="003B6F34">
            <w:pPr>
              <w:pStyle w:val="llb"/>
              <w:spacing w:line="276" w:lineRule="auto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Telefonszám:</w:t>
            </w:r>
          </w:p>
          <w:p w:rsidR="006A7CAA" w:rsidRPr="0005118B" w:rsidRDefault="006A7CAA" w:rsidP="003B6F34">
            <w:pPr>
              <w:pStyle w:val="llb"/>
              <w:spacing w:line="276" w:lineRule="auto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E-mail cím:</w:t>
            </w: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32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AA" w:rsidRPr="0005118B" w:rsidTr="003B6F34">
        <w:tc>
          <w:tcPr>
            <w:tcW w:w="3708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1.6. Adószám:</w:t>
            </w:r>
          </w:p>
        </w:tc>
        <w:tc>
          <w:tcPr>
            <w:tcW w:w="6532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AA" w:rsidRPr="0005118B" w:rsidTr="003B6F34">
        <w:tc>
          <w:tcPr>
            <w:tcW w:w="3708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1.7. Nyilvántartási szám/ Cégjegyzékszám:</w:t>
            </w:r>
            <w:r w:rsidRPr="0005118B">
              <w:rPr>
                <w:rStyle w:val="Lbjegyzet-hivatkozs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32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AA" w:rsidRPr="0005118B" w:rsidTr="003B6F34">
        <w:tc>
          <w:tcPr>
            <w:tcW w:w="3708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1.8. Nyilvántartást vezető szerv neve:</w:t>
            </w: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32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AA" w:rsidRPr="0005118B" w:rsidTr="003B6F34">
        <w:tc>
          <w:tcPr>
            <w:tcW w:w="3708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1368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. Számlavezető pénzügyi intézmény(</w:t>
            </w:r>
            <w:proofErr w:type="spellStart"/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ek</w:t>
            </w:r>
            <w:proofErr w:type="spellEnd"/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CAA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0B5" w:rsidRPr="0005118B" w:rsidRDefault="00BE10B5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2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AA" w:rsidRPr="0005118B" w:rsidTr="003B6F34">
        <w:tc>
          <w:tcPr>
            <w:tcW w:w="3708" w:type="dxa"/>
          </w:tcPr>
          <w:p w:rsidR="006A7CAA" w:rsidRPr="0005118B" w:rsidRDefault="006A7CAA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  <w:r w:rsidR="0071368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. Számlaszám(ok):</w:t>
            </w:r>
            <w:r w:rsidRPr="0005118B">
              <w:rPr>
                <w:rStyle w:val="Lbjegyzet-hivatkozs"/>
                <w:rFonts w:ascii="Times New Roman" w:hAnsi="Times New Roman" w:cs="Times New Roman"/>
                <w:b/>
                <w:sz w:val="24"/>
                <w:szCs w:val="24"/>
              </w:rPr>
              <w:footnoteReference w:id="3"/>
            </w:r>
          </w:p>
          <w:p w:rsidR="006A7CAA" w:rsidRPr="0005118B" w:rsidRDefault="006A7CAA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CAA" w:rsidRPr="0005118B" w:rsidRDefault="006A7CAA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2" w:type="dxa"/>
          </w:tcPr>
          <w:p w:rsidR="006A7CAA" w:rsidRPr="0005118B" w:rsidRDefault="006A7CAA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043" w:rsidRPr="0005118B" w:rsidTr="003B6F34">
        <w:tc>
          <w:tcPr>
            <w:tcW w:w="3708" w:type="dxa"/>
          </w:tcPr>
          <w:p w:rsidR="00235043" w:rsidRPr="0005118B" w:rsidRDefault="00235043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  <w:r w:rsidR="0071368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Igazolt sportolók </w:t>
            </w:r>
            <w:r w:rsidR="00355E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(versenyengedéllyel rendelkezők) </w:t>
            </w: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száma (fő)</w:t>
            </w:r>
          </w:p>
          <w:p w:rsidR="00235043" w:rsidRPr="0005118B" w:rsidRDefault="00235043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Utánpótlás:</w:t>
            </w:r>
          </w:p>
          <w:p w:rsidR="00235043" w:rsidRDefault="00235043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Felnőtt:</w:t>
            </w:r>
          </w:p>
          <w:p w:rsidR="00D82D0F" w:rsidRDefault="00D82D0F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2D0F" w:rsidRPr="0005118B" w:rsidRDefault="00D82D0F" w:rsidP="00D82D0F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Regisztrált</w:t>
            </w: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sportolók száma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(fő)</w:t>
            </w:r>
          </w:p>
          <w:p w:rsidR="00D82D0F" w:rsidRPr="0005118B" w:rsidRDefault="00D82D0F" w:rsidP="00D82D0F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Utánpótlás:</w:t>
            </w:r>
          </w:p>
          <w:p w:rsidR="00D82D0F" w:rsidRPr="0005118B" w:rsidRDefault="00D82D0F" w:rsidP="00D82D0F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Felnőtt:</w:t>
            </w:r>
          </w:p>
          <w:p w:rsidR="00235043" w:rsidRPr="0005118B" w:rsidRDefault="00235043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32" w:type="dxa"/>
          </w:tcPr>
          <w:p w:rsidR="00235043" w:rsidRPr="0005118B" w:rsidRDefault="00235043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043" w:rsidRPr="0005118B" w:rsidTr="003B6F34">
        <w:tc>
          <w:tcPr>
            <w:tcW w:w="3708" w:type="dxa"/>
          </w:tcPr>
          <w:p w:rsidR="00235043" w:rsidRDefault="00235043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  <w:r w:rsidR="007136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. Edzők száma (fő)</w:t>
            </w:r>
          </w:p>
          <w:p w:rsidR="00BE10B5" w:rsidRDefault="00BE10B5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Sportmunkatársak száma</w:t>
            </w:r>
          </w:p>
          <w:p w:rsidR="00BE10B5" w:rsidRDefault="00BE10B5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(fő)</w:t>
            </w:r>
          </w:p>
          <w:p w:rsidR="00BE10B5" w:rsidRPr="0005118B" w:rsidRDefault="00BE10B5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32" w:type="dxa"/>
          </w:tcPr>
          <w:p w:rsidR="00235043" w:rsidRPr="0005118B" w:rsidRDefault="00235043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043" w:rsidRPr="0005118B" w:rsidTr="003B6F34">
        <w:tc>
          <w:tcPr>
            <w:tcW w:w="3708" w:type="dxa"/>
          </w:tcPr>
          <w:p w:rsidR="00235043" w:rsidRDefault="00235043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  <w:r w:rsidR="0071368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. Mérkőzések, versenyek várható száma (2026 évben)</w:t>
            </w:r>
          </w:p>
          <w:p w:rsidR="00BE10B5" w:rsidRPr="0005118B" w:rsidRDefault="00BE10B5" w:rsidP="003B6F34">
            <w:pPr>
              <w:pStyle w:val="llb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32" w:type="dxa"/>
          </w:tcPr>
          <w:p w:rsidR="00235043" w:rsidRPr="0005118B" w:rsidRDefault="00235043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10B5" w:rsidRPr="0005118B" w:rsidRDefault="00BE10B5" w:rsidP="00235043">
      <w:pPr>
        <w:tabs>
          <w:tab w:val="left" w:pos="5812"/>
        </w:tabs>
        <w:spacing w:after="0" w:line="240" w:lineRule="auto"/>
        <w:ind w:left="357"/>
        <w:rPr>
          <w:rFonts w:ascii="Times New Roman" w:hAnsi="Times New Roman" w:cs="Times New Roman"/>
          <w:b/>
          <w:sz w:val="24"/>
          <w:szCs w:val="24"/>
        </w:rPr>
      </w:pPr>
    </w:p>
    <w:p w:rsidR="00235043" w:rsidRPr="0005118B" w:rsidRDefault="00235043" w:rsidP="00235043">
      <w:pPr>
        <w:tabs>
          <w:tab w:val="left" w:pos="5812"/>
        </w:tabs>
        <w:spacing w:after="0" w:line="240" w:lineRule="auto"/>
        <w:ind w:left="357"/>
        <w:rPr>
          <w:rFonts w:ascii="Times New Roman" w:hAnsi="Times New Roman" w:cs="Times New Roman"/>
          <w:b/>
          <w:sz w:val="24"/>
          <w:szCs w:val="24"/>
        </w:rPr>
      </w:pPr>
    </w:p>
    <w:p w:rsidR="00235043" w:rsidRPr="0005118B" w:rsidRDefault="00235043" w:rsidP="00235043">
      <w:pPr>
        <w:tabs>
          <w:tab w:val="left" w:pos="5812"/>
        </w:tabs>
        <w:spacing w:after="0" w:line="240" w:lineRule="auto"/>
        <w:ind w:left="357"/>
        <w:rPr>
          <w:rFonts w:ascii="Times New Roman" w:hAnsi="Times New Roman" w:cs="Times New Roman"/>
          <w:b/>
          <w:sz w:val="24"/>
          <w:szCs w:val="24"/>
        </w:rPr>
      </w:pPr>
    </w:p>
    <w:p w:rsidR="00235043" w:rsidRPr="0005118B" w:rsidRDefault="00235043" w:rsidP="00BE10B5">
      <w:pPr>
        <w:pageBreakBefore/>
        <w:numPr>
          <w:ilvl w:val="0"/>
          <w:numId w:val="10"/>
        </w:numPr>
        <w:tabs>
          <w:tab w:val="left" w:pos="5812"/>
        </w:tabs>
        <w:spacing w:after="0" w:line="24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lastRenderedPageBreak/>
        <w:t>A támogatási igény tárgya (program)</w:t>
      </w:r>
    </w:p>
    <w:p w:rsidR="00235043" w:rsidRPr="0005118B" w:rsidRDefault="00235043" w:rsidP="00235043">
      <w:pPr>
        <w:tabs>
          <w:tab w:val="left" w:pos="5812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4"/>
      </w:tblGrid>
      <w:tr w:rsidR="00235043" w:rsidRPr="0005118B" w:rsidTr="003B6F34">
        <w:trPr>
          <w:trHeight w:val="4475"/>
        </w:trPr>
        <w:tc>
          <w:tcPr>
            <w:tcW w:w="10004" w:type="dxa"/>
          </w:tcPr>
          <w:p w:rsidR="00235043" w:rsidRDefault="00235043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Kérjük bemutatni a </w:t>
            </w:r>
            <w:r w:rsidR="006C0E42" w:rsidRPr="00D82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sportegyesületet, a </w:t>
            </w:r>
            <w:r w:rsidRPr="00D82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sportszervezet </w:t>
            </w:r>
            <w:r w:rsidR="00681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(és a szakosztályok) </w:t>
            </w:r>
            <w:r w:rsidRPr="00D82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működését,</w:t>
            </w:r>
            <w:r w:rsidR="00D82D0F" w:rsidRPr="00D82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az edzés helyszínt</w:t>
            </w:r>
            <w:r w:rsidR="00281A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/helyszíneket</w:t>
            </w:r>
            <w:r w:rsidR="00D82D0F" w:rsidRPr="00D82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</w:t>
            </w:r>
            <w:r w:rsidRPr="00D82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2026. évi sportszakmai tervét, valamint a támogatási igényét.</w:t>
            </w:r>
          </w:p>
          <w:p w:rsidR="00D82D0F" w:rsidRPr="00D82D0F" w:rsidRDefault="00D82D0F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043" w:rsidRPr="0005118B" w:rsidRDefault="00235043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043" w:rsidRPr="0005118B" w:rsidRDefault="00235043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043" w:rsidRPr="0005118B" w:rsidRDefault="00235043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043" w:rsidRPr="0005118B" w:rsidRDefault="00235043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043" w:rsidRPr="0005118B" w:rsidRDefault="00235043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043" w:rsidRPr="0005118B" w:rsidRDefault="00235043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043" w:rsidRPr="0005118B" w:rsidRDefault="00235043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043" w:rsidRDefault="00235043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2D0F" w:rsidRPr="0005118B" w:rsidRDefault="00D82D0F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043" w:rsidRPr="0005118B" w:rsidRDefault="00235043" w:rsidP="003B6F34">
            <w:pPr>
              <w:tabs>
                <w:tab w:val="left" w:pos="581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A7CAA" w:rsidRPr="0005118B" w:rsidRDefault="006A7CAA" w:rsidP="007F505C">
      <w:pPr>
        <w:rPr>
          <w:rFonts w:ascii="Times New Roman" w:hAnsi="Times New Roman" w:cs="Times New Roman"/>
          <w:sz w:val="24"/>
          <w:szCs w:val="24"/>
        </w:rPr>
      </w:pPr>
    </w:p>
    <w:p w:rsidR="006C0E42" w:rsidRPr="0005118B" w:rsidRDefault="006C0E42" w:rsidP="006C0E42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t>A program megvalósításának adatai</w:t>
      </w:r>
    </w:p>
    <w:p w:rsidR="006C0E42" w:rsidRPr="0005118B" w:rsidRDefault="006C0E42" w:rsidP="006C0E4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9"/>
        <w:gridCol w:w="5885"/>
      </w:tblGrid>
      <w:tr w:rsidR="006C0E42" w:rsidRPr="0005118B" w:rsidTr="003B6F34">
        <w:tc>
          <w:tcPr>
            <w:tcW w:w="3660" w:type="dxa"/>
          </w:tcPr>
          <w:p w:rsidR="006C0E42" w:rsidRPr="00355EFA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EFA">
              <w:rPr>
                <w:rFonts w:ascii="Times New Roman" w:hAnsi="Times New Roman" w:cs="Times New Roman"/>
                <w:b/>
                <w:sz w:val="24"/>
                <w:szCs w:val="24"/>
              </w:rPr>
              <w:t>3.1. Tervezett kezdő időpontja:</w:t>
            </w:r>
          </w:p>
        </w:tc>
        <w:tc>
          <w:tcPr>
            <w:tcW w:w="6194" w:type="dxa"/>
          </w:tcPr>
          <w:p w:rsidR="006C0E42" w:rsidRPr="00355EFA" w:rsidRDefault="006C0E42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FA">
              <w:rPr>
                <w:rFonts w:ascii="Times New Roman" w:hAnsi="Times New Roman" w:cs="Times New Roman"/>
                <w:sz w:val="24"/>
                <w:szCs w:val="24"/>
              </w:rPr>
              <w:t>2026.</w:t>
            </w:r>
            <w:r w:rsidR="00E34C78" w:rsidRPr="00355E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5EFA" w:rsidRPr="00355EFA">
              <w:rPr>
                <w:rFonts w:ascii="Times New Roman" w:hAnsi="Times New Roman" w:cs="Times New Roman"/>
                <w:sz w:val="24"/>
                <w:szCs w:val="24"/>
              </w:rPr>
              <w:t>január</w:t>
            </w:r>
            <w:r w:rsidRPr="00355EFA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</w:tr>
      <w:tr w:rsidR="006C0E42" w:rsidRPr="0005118B" w:rsidTr="003B6F34">
        <w:tc>
          <w:tcPr>
            <w:tcW w:w="3660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3.2. Tervezett befejező időpontja:</w:t>
            </w:r>
          </w:p>
        </w:tc>
        <w:tc>
          <w:tcPr>
            <w:tcW w:w="6194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>2026. december 31.</w:t>
            </w:r>
          </w:p>
        </w:tc>
      </w:tr>
      <w:tr w:rsidR="006C0E42" w:rsidRPr="0005118B" w:rsidTr="003B6F34">
        <w:tc>
          <w:tcPr>
            <w:tcW w:w="3660" w:type="dxa"/>
          </w:tcPr>
          <w:p w:rsidR="006C0E42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3.3. Tervezett időbeni ütemezés</w:t>
            </w:r>
            <w:r w:rsidR="00BE10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E10B5" w:rsidRPr="0005118B" w:rsidRDefault="00BE10B5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4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>Folyamatos a támogatási időszakban</w:t>
            </w:r>
          </w:p>
        </w:tc>
      </w:tr>
    </w:tbl>
    <w:p w:rsidR="006C0E42" w:rsidRPr="0005118B" w:rsidRDefault="006C0E42" w:rsidP="006C0E42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0E42" w:rsidRPr="0005118B" w:rsidRDefault="006C0E42" w:rsidP="006C0E42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t>Az igényelt támogatás adatai:</w:t>
      </w:r>
    </w:p>
    <w:p w:rsidR="006C0E42" w:rsidRPr="0005118B" w:rsidRDefault="006C0E42" w:rsidP="006C0E4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1"/>
        <w:gridCol w:w="5593"/>
      </w:tblGrid>
      <w:tr w:rsidR="006C0E42" w:rsidRPr="0005118B" w:rsidTr="006C0E42">
        <w:tc>
          <w:tcPr>
            <w:tcW w:w="3801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4.1. Az igényelt támogatás összege (Ft):</w:t>
            </w:r>
          </w:p>
          <w:p w:rsidR="006C0E42" w:rsidRPr="0005118B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3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E42" w:rsidRPr="0005118B" w:rsidTr="006C0E42">
        <w:tc>
          <w:tcPr>
            <w:tcW w:w="3801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4.2. ÁFA levonásra jogosultság a pályázatban igényelt támogatás tekintetében (aláhúzandó):</w:t>
            </w:r>
          </w:p>
          <w:p w:rsidR="006C0E42" w:rsidRPr="0005118B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3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0E42" w:rsidRPr="0005118B" w:rsidRDefault="006C0E42" w:rsidP="006C0E42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>Nem alanya az ÁFA-</w:t>
            </w:r>
            <w:proofErr w:type="spellStart"/>
            <w:r w:rsidRPr="0005118B">
              <w:rPr>
                <w:rFonts w:ascii="Times New Roman" w:hAnsi="Times New Roman" w:cs="Times New Roman"/>
                <w:sz w:val="24"/>
                <w:szCs w:val="24"/>
              </w:rPr>
              <w:t>nak</w:t>
            </w:r>
            <w:proofErr w:type="spellEnd"/>
            <w:r w:rsidRPr="0005118B">
              <w:rPr>
                <w:rFonts w:ascii="Times New Roman" w:hAnsi="Times New Roman" w:cs="Times New Roman"/>
                <w:sz w:val="24"/>
                <w:szCs w:val="24"/>
              </w:rPr>
              <w:t xml:space="preserve"> (bruttó)</w:t>
            </w:r>
          </w:p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0E42" w:rsidRPr="0005118B" w:rsidRDefault="006C0E42" w:rsidP="006C0E42">
            <w:pPr>
              <w:pStyle w:val="Listaszerbekezds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>Alanya az ÁFA-</w:t>
            </w:r>
            <w:proofErr w:type="spellStart"/>
            <w:r w:rsidRPr="0005118B">
              <w:rPr>
                <w:rFonts w:ascii="Times New Roman" w:hAnsi="Times New Roman" w:cs="Times New Roman"/>
                <w:sz w:val="24"/>
                <w:szCs w:val="24"/>
              </w:rPr>
              <w:t>nak</w:t>
            </w:r>
            <w:proofErr w:type="spellEnd"/>
            <w:r w:rsidRPr="0005118B">
              <w:rPr>
                <w:rFonts w:ascii="Times New Roman" w:hAnsi="Times New Roman" w:cs="Times New Roman"/>
                <w:sz w:val="24"/>
                <w:szCs w:val="24"/>
              </w:rPr>
              <w:t xml:space="preserve"> (nettó)</w:t>
            </w:r>
          </w:p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E42" w:rsidRPr="0005118B" w:rsidTr="006C0E42">
        <w:tc>
          <w:tcPr>
            <w:tcW w:w="3801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4.3. A folyósítás pénzneme: </w:t>
            </w:r>
          </w:p>
        </w:tc>
        <w:tc>
          <w:tcPr>
            <w:tcW w:w="5593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>Forint</w:t>
            </w:r>
          </w:p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E42" w:rsidRPr="0005118B" w:rsidTr="006C0E42">
        <w:trPr>
          <w:trHeight w:val="274"/>
        </w:trPr>
        <w:tc>
          <w:tcPr>
            <w:tcW w:w="3801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4.4. A finanszírozás tervezett ütemezése:</w:t>
            </w:r>
          </w:p>
          <w:p w:rsidR="006C0E42" w:rsidRPr="0005118B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0E42" w:rsidRPr="0005118B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3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EFA">
              <w:rPr>
                <w:rFonts w:ascii="Times New Roman" w:hAnsi="Times New Roman" w:cs="Times New Roman"/>
                <w:sz w:val="24"/>
                <w:szCs w:val="24"/>
              </w:rPr>
              <w:t>Támogatási szerződésben foglaltak szerint.</w:t>
            </w:r>
          </w:p>
        </w:tc>
      </w:tr>
      <w:tr w:rsidR="006C0E42" w:rsidRPr="0005118B" w:rsidTr="006C0E42">
        <w:trPr>
          <w:trHeight w:val="274"/>
        </w:trPr>
        <w:tc>
          <w:tcPr>
            <w:tcW w:w="3801" w:type="dxa"/>
          </w:tcPr>
          <w:p w:rsidR="006C0E42" w:rsidRPr="0005118B" w:rsidRDefault="006327C3" w:rsidP="003B6F34">
            <w:pPr>
              <w:rPr>
                <w:rFonts w:ascii="Times New Roman" w:hAnsi="Times New Roman" w:cs="Times New Roman"/>
                <w:b/>
              </w:rPr>
            </w:pPr>
            <w:r w:rsidRPr="0005118B">
              <w:rPr>
                <w:rFonts w:ascii="Times New Roman" w:hAnsi="Times New Roman" w:cs="Times New Roman"/>
                <w:b/>
              </w:rPr>
              <w:t>4.5. A támogatás folyósítására kijelölt számlaszám és a számlavezető pénzügyi intézmény:</w:t>
            </w:r>
          </w:p>
        </w:tc>
        <w:tc>
          <w:tcPr>
            <w:tcW w:w="5593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C0E42" w:rsidRPr="0005118B" w:rsidTr="006C0E42">
        <w:trPr>
          <w:trHeight w:val="274"/>
        </w:trPr>
        <w:tc>
          <w:tcPr>
            <w:tcW w:w="3801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327C3"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. Szöveges költségterv – gazdálkodási terv</w:t>
            </w:r>
          </w:p>
          <w:p w:rsidR="006C0E42" w:rsidRPr="0005118B" w:rsidRDefault="006C0E42" w:rsidP="003B6F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Kérjük, hogy az egyesület röviden mutassa be, hogyan tervezi pénzügyeit a 2026-os évben. Térjen ki arra, hogy milyen bevételi forrásokkal számol (pl. tagdíjak, szponzori bevételek, szakszövetségi támogatás, egyéb források), valamint ismertesse, mekkora önkormányzati támogatásra pályázik és milyen főbb </w:t>
            </w:r>
            <w:r w:rsidRPr="0005118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kiadási célokra kívánja azt felhasználni (pl. utánpótlás-nevelés, versenyeztetés, sportfelszerelések, pályabérlet, edzői díjak stb.). A szöveges költségterv célja, hogy átlátható képet adjon az egyesület egész éves gazdálkodásáról és a támogatás szerepéről abban.</w:t>
            </w:r>
          </w:p>
        </w:tc>
        <w:tc>
          <w:tcPr>
            <w:tcW w:w="5593" w:type="dxa"/>
          </w:tcPr>
          <w:p w:rsidR="006C0E42" w:rsidRPr="0005118B" w:rsidRDefault="006C0E42" w:rsidP="003B6F3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24078D" w:rsidRPr="0005118B" w:rsidRDefault="0024078D" w:rsidP="006C0E42">
      <w:pPr>
        <w:rPr>
          <w:rFonts w:ascii="Times New Roman" w:hAnsi="Times New Roman" w:cs="Times New Roman"/>
          <w:sz w:val="24"/>
          <w:szCs w:val="24"/>
        </w:rPr>
      </w:pPr>
    </w:p>
    <w:p w:rsidR="002C2E26" w:rsidRPr="0005118B" w:rsidRDefault="002C2E26" w:rsidP="002C2E26">
      <w:pPr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t>5. Az igény benyújtását megelőző 2 évben vagy egyidejűleg az igény tárgyában elnyert támogatások</w:t>
      </w:r>
    </w:p>
    <w:p w:rsidR="002C2E26" w:rsidRPr="0005118B" w:rsidRDefault="002C2E26" w:rsidP="002C2E2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1440"/>
        <w:gridCol w:w="1980"/>
        <w:gridCol w:w="1980"/>
        <w:gridCol w:w="2340"/>
      </w:tblGrid>
      <w:tr w:rsidR="002C2E26" w:rsidRPr="0005118B" w:rsidTr="003B6F34">
        <w:tc>
          <w:tcPr>
            <w:tcW w:w="2160" w:type="dxa"/>
            <w:vAlign w:val="center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Támogató szervezet</w:t>
            </w:r>
          </w:p>
        </w:tc>
        <w:tc>
          <w:tcPr>
            <w:tcW w:w="1440" w:type="dxa"/>
            <w:vAlign w:val="center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980" w:type="dxa"/>
            <w:vAlign w:val="center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Igényelt összeg (Ft)</w:t>
            </w:r>
          </w:p>
        </w:tc>
        <w:tc>
          <w:tcPr>
            <w:tcW w:w="1980" w:type="dxa"/>
            <w:vAlign w:val="center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Elnyert támogatási összeg (Ft)</w:t>
            </w:r>
          </w:p>
        </w:tc>
        <w:tc>
          <w:tcPr>
            <w:tcW w:w="2340" w:type="dxa"/>
            <w:vAlign w:val="center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Az elnyert támogatásból elszámolt összeg (Ft)</w:t>
            </w:r>
          </w:p>
        </w:tc>
      </w:tr>
      <w:tr w:rsidR="002C2E26" w:rsidRPr="0005118B" w:rsidTr="003B6F34">
        <w:tc>
          <w:tcPr>
            <w:tcW w:w="216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E26" w:rsidRPr="0005118B" w:rsidTr="003B6F34">
        <w:tc>
          <w:tcPr>
            <w:tcW w:w="216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E26" w:rsidRPr="0005118B" w:rsidTr="003B6F34">
        <w:tc>
          <w:tcPr>
            <w:tcW w:w="216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E26" w:rsidRPr="0005118B" w:rsidTr="003B6F34">
        <w:tc>
          <w:tcPr>
            <w:tcW w:w="216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2E26" w:rsidRPr="0005118B" w:rsidRDefault="002C2E26" w:rsidP="002C2E26">
      <w:pPr>
        <w:rPr>
          <w:rFonts w:ascii="Times New Roman" w:hAnsi="Times New Roman" w:cs="Times New Roman"/>
          <w:sz w:val="24"/>
          <w:szCs w:val="24"/>
        </w:rPr>
      </w:pPr>
    </w:p>
    <w:p w:rsidR="002C2E26" w:rsidRPr="0005118B" w:rsidRDefault="002C2E26" w:rsidP="002C2E26">
      <w:pPr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t>6. Az igény benyújtását megelőzően vagy egyidejűleg az igény tárgyában benyújtott, még folyamatban lévő (el nem bírált) igények:</w:t>
      </w:r>
    </w:p>
    <w:p w:rsidR="002C2E26" w:rsidRPr="0005118B" w:rsidRDefault="002C2E26" w:rsidP="002C2E2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7"/>
        <w:gridCol w:w="2961"/>
        <w:gridCol w:w="3226"/>
      </w:tblGrid>
      <w:tr w:rsidR="002C2E26" w:rsidRPr="0005118B" w:rsidTr="003B6F34">
        <w:tc>
          <w:tcPr>
            <w:tcW w:w="3423" w:type="dxa"/>
            <w:vAlign w:val="center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Támogató szervezet</w:t>
            </w:r>
          </w:p>
        </w:tc>
        <w:tc>
          <w:tcPr>
            <w:tcW w:w="3188" w:type="dxa"/>
            <w:vAlign w:val="center"/>
          </w:tcPr>
          <w:p w:rsidR="002C2E26" w:rsidRPr="0005118B" w:rsidRDefault="002C2E26" w:rsidP="003B6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3469" w:type="dxa"/>
          </w:tcPr>
          <w:p w:rsidR="002C2E26" w:rsidRPr="0005118B" w:rsidRDefault="002C2E26" w:rsidP="003B6F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b/>
                <w:sz w:val="24"/>
                <w:szCs w:val="24"/>
              </w:rPr>
              <w:t>Igényelt összeg (Ft)</w:t>
            </w:r>
          </w:p>
        </w:tc>
      </w:tr>
      <w:tr w:rsidR="002C2E26" w:rsidRPr="0005118B" w:rsidTr="003B6F34">
        <w:tc>
          <w:tcPr>
            <w:tcW w:w="3423" w:type="dxa"/>
          </w:tcPr>
          <w:p w:rsidR="002C2E26" w:rsidRPr="0005118B" w:rsidRDefault="002C2E26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8" w:type="dxa"/>
          </w:tcPr>
          <w:p w:rsidR="002C2E26" w:rsidRPr="0005118B" w:rsidRDefault="002C2E26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9" w:type="dxa"/>
          </w:tcPr>
          <w:p w:rsidR="002C2E26" w:rsidRPr="0005118B" w:rsidRDefault="002C2E26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2E26" w:rsidRPr="0005118B" w:rsidTr="003B6F34">
        <w:tc>
          <w:tcPr>
            <w:tcW w:w="3423" w:type="dxa"/>
          </w:tcPr>
          <w:p w:rsidR="002C2E26" w:rsidRPr="0005118B" w:rsidRDefault="002C2E26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8" w:type="dxa"/>
          </w:tcPr>
          <w:p w:rsidR="002C2E26" w:rsidRPr="0005118B" w:rsidRDefault="002C2E26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9" w:type="dxa"/>
          </w:tcPr>
          <w:p w:rsidR="002C2E26" w:rsidRPr="0005118B" w:rsidRDefault="002C2E26" w:rsidP="003B6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C2E26" w:rsidRPr="0005118B" w:rsidRDefault="002C2E26" w:rsidP="002C2E26">
      <w:pPr>
        <w:rPr>
          <w:rFonts w:ascii="Times New Roman" w:hAnsi="Times New Roman" w:cs="Times New Roman"/>
          <w:sz w:val="24"/>
          <w:szCs w:val="24"/>
        </w:rPr>
      </w:pPr>
    </w:p>
    <w:p w:rsidR="002C2E26" w:rsidRPr="0005118B" w:rsidRDefault="002C2E26" w:rsidP="00553966">
      <w:pPr>
        <w:jc w:val="both"/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sz w:val="24"/>
          <w:szCs w:val="24"/>
        </w:rPr>
        <w:lastRenderedPageBreak/>
        <w:t>Amennyiben az igénylő a jelen pontban meghatározott valamely igény alapján támogatásban részesül, köteles azt a Sportváros Nonprofit Kft.-</w:t>
      </w:r>
      <w:proofErr w:type="spellStart"/>
      <w:r w:rsidRPr="0005118B">
        <w:rPr>
          <w:rFonts w:ascii="Times New Roman" w:hAnsi="Times New Roman" w:cs="Times New Roman"/>
          <w:sz w:val="24"/>
          <w:szCs w:val="24"/>
        </w:rPr>
        <w:t>nek</w:t>
      </w:r>
      <w:proofErr w:type="spellEnd"/>
      <w:r w:rsidRPr="0005118B">
        <w:rPr>
          <w:rFonts w:ascii="Times New Roman" w:hAnsi="Times New Roman" w:cs="Times New Roman"/>
          <w:sz w:val="24"/>
          <w:szCs w:val="24"/>
        </w:rPr>
        <w:t xml:space="preserve"> a közléstől számított 8 napon belül bejelenteni.</w:t>
      </w:r>
    </w:p>
    <w:p w:rsidR="002C2E26" w:rsidRPr="0005118B" w:rsidRDefault="002C2E26" w:rsidP="006C0E42">
      <w:pPr>
        <w:rPr>
          <w:rFonts w:ascii="Times New Roman" w:hAnsi="Times New Roman" w:cs="Times New Roman"/>
          <w:sz w:val="24"/>
          <w:szCs w:val="24"/>
        </w:rPr>
      </w:pPr>
    </w:p>
    <w:p w:rsidR="006C0E42" w:rsidRPr="0005118B" w:rsidRDefault="002C2E26" w:rsidP="006C0E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t>7</w:t>
      </w:r>
      <w:r w:rsidR="006C0E42" w:rsidRPr="0005118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5118B">
        <w:rPr>
          <w:rFonts w:ascii="Times New Roman" w:hAnsi="Times New Roman" w:cs="Times New Roman"/>
          <w:b/>
          <w:sz w:val="24"/>
          <w:szCs w:val="24"/>
        </w:rPr>
        <w:t>Nyilatkozatok:</w:t>
      </w:r>
    </w:p>
    <w:p w:rsidR="00852046" w:rsidRPr="0005118B" w:rsidRDefault="00000000">
      <w:pPr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sz w:val="24"/>
          <w:szCs w:val="24"/>
        </w:rPr>
        <w:br/>
      </w:r>
      <w:r w:rsidRPr="0005118B">
        <w:rPr>
          <w:rFonts w:ascii="Segoe UI Symbol" w:hAnsi="Segoe UI Symbol" w:cs="Segoe UI Symbol"/>
          <w:sz w:val="24"/>
          <w:szCs w:val="24"/>
        </w:rPr>
        <w:t>☐</w:t>
      </w:r>
      <w:r w:rsidRPr="0005118B">
        <w:rPr>
          <w:rFonts w:ascii="Times New Roman" w:hAnsi="Times New Roman" w:cs="Times New Roman"/>
          <w:sz w:val="24"/>
          <w:szCs w:val="24"/>
        </w:rPr>
        <w:t xml:space="preserve"> Büntetőjogi felelősségem tudatában kijelentem, hogy a megadott adatok valósak.</w:t>
      </w:r>
      <w:r w:rsidRPr="0005118B">
        <w:rPr>
          <w:rFonts w:ascii="Times New Roman" w:hAnsi="Times New Roman" w:cs="Times New Roman"/>
          <w:sz w:val="24"/>
          <w:szCs w:val="24"/>
        </w:rPr>
        <w:br/>
      </w:r>
      <w:r w:rsidRPr="0005118B">
        <w:rPr>
          <w:rFonts w:ascii="Segoe UI Symbol" w:hAnsi="Segoe UI Symbol" w:cs="Segoe UI Symbol"/>
          <w:sz w:val="24"/>
          <w:szCs w:val="24"/>
        </w:rPr>
        <w:t>☐</w:t>
      </w:r>
      <w:r w:rsidRPr="0005118B">
        <w:rPr>
          <w:rFonts w:ascii="Times New Roman" w:hAnsi="Times New Roman" w:cs="Times New Roman"/>
          <w:sz w:val="24"/>
          <w:szCs w:val="24"/>
        </w:rPr>
        <w:t xml:space="preserve"> Az egyesületnek nincs lejárt köztartozása.</w:t>
      </w:r>
      <w:r w:rsidRPr="0005118B">
        <w:rPr>
          <w:rFonts w:ascii="Times New Roman" w:hAnsi="Times New Roman" w:cs="Times New Roman"/>
          <w:sz w:val="24"/>
          <w:szCs w:val="24"/>
        </w:rPr>
        <w:br/>
      </w:r>
      <w:r w:rsidRPr="0005118B">
        <w:rPr>
          <w:rFonts w:ascii="Segoe UI Symbol" w:hAnsi="Segoe UI Symbol" w:cs="Segoe UI Symbol"/>
          <w:sz w:val="24"/>
          <w:szCs w:val="24"/>
        </w:rPr>
        <w:t>☐</w:t>
      </w:r>
      <w:r w:rsidRPr="0005118B">
        <w:rPr>
          <w:rFonts w:ascii="Times New Roman" w:hAnsi="Times New Roman" w:cs="Times New Roman"/>
          <w:sz w:val="24"/>
          <w:szCs w:val="24"/>
        </w:rPr>
        <w:t xml:space="preserve"> A támogatási feltételeket elfogadom.</w:t>
      </w:r>
      <w:r w:rsidRPr="0005118B">
        <w:rPr>
          <w:rFonts w:ascii="Times New Roman" w:hAnsi="Times New Roman" w:cs="Times New Roman"/>
          <w:sz w:val="24"/>
          <w:szCs w:val="24"/>
        </w:rPr>
        <w:br/>
      </w:r>
      <w:r w:rsidRPr="0005118B">
        <w:rPr>
          <w:rFonts w:ascii="Segoe UI Symbol" w:hAnsi="Segoe UI Symbol" w:cs="Segoe UI Symbol"/>
          <w:sz w:val="24"/>
          <w:szCs w:val="24"/>
        </w:rPr>
        <w:t>☐</w:t>
      </w:r>
      <w:r w:rsidRPr="0005118B">
        <w:rPr>
          <w:rFonts w:ascii="Times New Roman" w:hAnsi="Times New Roman" w:cs="Times New Roman"/>
          <w:sz w:val="24"/>
          <w:szCs w:val="24"/>
        </w:rPr>
        <w:t xml:space="preserve"> Tudomásul veszem, hogy az előző évi elszámolás elfogadása a tárgyévi megállapodás feltétele.</w:t>
      </w:r>
    </w:p>
    <w:p w:rsidR="0005118B" w:rsidRPr="0005118B" w:rsidRDefault="00000000" w:rsidP="0005118B">
      <w:pPr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sz w:val="24"/>
          <w:szCs w:val="24"/>
        </w:rPr>
        <w:br/>
      </w:r>
      <w:r w:rsidR="0005118B" w:rsidRPr="0005118B">
        <w:rPr>
          <w:rFonts w:ascii="Times New Roman" w:hAnsi="Times New Roman" w:cs="Times New Roman"/>
          <w:bCs/>
          <w:sz w:val="24"/>
          <w:szCs w:val="24"/>
        </w:rPr>
        <w:t>…………</w:t>
      </w:r>
      <w:r w:rsidR="0005118B" w:rsidRPr="0005118B">
        <w:rPr>
          <w:rFonts w:ascii="Times New Roman" w:hAnsi="Times New Roman" w:cs="Times New Roman"/>
          <w:sz w:val="24"/>
          <w:szCs w:val="24"/>
        </w:rPr>
        <w:t>, 2026. …………. hónap …………nap</w:t>
      </w: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788" w:type="dxa"/>
        <w:tblLook w:val="01E0" w:firstRow="1" w:lastRow="1" w:firstColumn="1" w:lastColumn="1" w:noHBand="0" w:noVBand="0"/>
      </w:tblPr>
      <w:tblGrid>
        <w:gridCol w:w="4424"/>
      </w:tblGrid>
      <w:tr w:rsidR="0005118B" w:rsidRPr="0005118B" w:rsidTr="003B6F34">
        <w:tc>
          <w:tcPr>
            <w:tcW w:w="4424" w:type="dxa"/>
          </w:tcPr>
          <w:p w:rsidR="0005118B" w:rsidRPr="0005118B" w:rsidRDefault="0005118B" w:rsidP="003B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</w:p>
          <w:p w:rsidR="0005118B" w:rsidRPr="0005118B" w:rsidRDefault="0005118B" w:rsidP="003B6F3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i/>
                <w:sz w:val="24"/>
                <w:szCs w:val="24"/>
              </w:rPr>
              <w:t>igénylő képviselőjének aláírása</w:t>
            </w:r>
          </w:p>
          <w:p w:rsidR="0005118B" w:rsidRPr="0005118B" w:rsidRDefault="0005118B" w:rsidP="003B6F3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05118B">
              <w:rPr>
                <w:rFonts w:ascii="Times New Roman" w:hAnsi="Times New Roman" w:cs="Times New Roman"/>
                <w:i/>
                <w:sz w:val="24"/>
                <w:szCs w:val="24"/>
              </w:rPr>
              <w:t>ph</w:t>
            </w:r>
            <w:proofErr w:type="spellEnd"/>
            <w:r w:rsidRPr="0005118B"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</w:tr>
    </w:tbl>
    <w:p w:rsidR="0005118B" w:rsidRPr="0005118B" w:rsidRDefault="0005118B" w:rsidP="0005118B">
      <w:pPr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pageBreakBefore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Az egyedi támogatás igénylőjének </w:t>
      </w:r>
    </w:p>
    <w:p w:rsidR="0005118B" w:rsidRPr="0005118B" w:rsidRDefault="0005118B" w:rsidP="000511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t>ÁFA NYILATKOZATA</w:t>
      </w:r>
    </w:p>
    <w:p w:rsidR="0005118B" w:rsidRPr="0005118B" w:rsidRDefault="0005118B" w:rsidP="000511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118B" w:rsidRPr="0005118B" w:rsidRDefault="0005118B" w:rsidP="00051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t>A támogatást igénylő vonatkozásában az opcionális kérdések közül a releváns, megfelelő részek aláhúzásával kitöltendő!</w:t>
      </w:r>
    </w:p>
    <w:p w:rsidR="0005118B" w:rsidRPr="0005118B" w:rsidRDefault="0005118B" w:rsidP="0005118B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t>A támogatást igénylő adatai:</w:t>
      </w:r>
    </w:p>
    <w:p w:rsidR="0005118B" w:rsidRPr="0005118B" w:rsidRDefault="0005118B" w:rsidP="0005118B">
      <w:pPr>
        <w:rPr>
          <w:rFonts w:ascii="Times New Roman" w:hAnsi="Times New Roman" w:cs="Times New Roman"/>
        </w:rPr>
      </w:pPr>
      <w:r w:rsidRPr="0005118B">
        <w:rPr>
          <w:rFonts w:ascii="Times New Roman" w:hAnsi="Times New Roman" w:cs="Times New Roman"/>
        </w:rPr>
        <w:t xml:space="preserve">Név: </w:t>
      </w:r>
    </w:p>
    <w:p w:rsidR="0005118B" w:rsidRPr="0005118B" w:rsidRDefault="0005118B" w:rsidP="0005118B">
      <w:pPr>
        <w:rPr>
          <w:rFonts w:ascii="Times New Roman" w:hAnsi="Times New Roman" w:cs="Times New Roman"/>
        </w:rPr>
      </w:pPr>
      <w:r w:rsidRPr="0005118B">
        <w:rPr>
          <w:rFonts w:ascii="Times New Roman" w:hAnsi="Times New Roman" w:cs="Times New Roman"/>
        </w:rPr>
        <w:t xml:space="preserve">Székhely: </w:t>
      </w:r>
    </w:p>
    <w:p w:rsidR="0005118B" w:rsidRPr="0005118B" w:rsidRDefault="0005118B" w:rsidP="0005118B">
      <w:pPr>
        <w:rPr>
          <w:rFonts w:ascii="Times New Roman" w:hAnsi="Times New Roman" w:cs="Times New Roman"/>
        </w:rPr>
      </w:pPr>
      <w:r w:rsidRPr="0005118B">
        <w:rPr>
          <w:rFonts w:ascii="Times New Roman" w:hAnsi="Times New Roman" w:cs="Times New Roman"/>
        </w:rPr>
        <w:t xml:space="preserve">Képviselő neve: </w:t>
      </w:r>
    </w:p>
    <w:p w:rsidR="0005118B" w:rsidRPr="0005118B" w:rsidRDefault="0005118B" w:rsidP="0005118B">
      <w:pPr>
        <w:rPr>
          <w:rFonts w:ascii="Times New Roman" w:hAnsi="Times New Roman" w:cs="Times New Roman"/>
        </w:rPr>
      </w:pPr>
      <w:r w:rsidRPr="0005118B">
        <w:rPr>
          <w:rFonts w:ascii="Times New Roman" w:hAnsi="Times New Roman" w:cs="Times New Roman"/>
        </w:rPr>
        <w:t xml:space="preserve">Cégjegyzékszám/ Nyilvántartási szám: </w:t>
      </w:r>
    </w:p>
    <w:p w:rsidR="0005118B" w:rsidRPr="0005118B" w:rsidRDefault="0005118B" w:rsidP="0005118B">
      <w:pPr>
        <w:rPr>
          <w:rFonts w:ascii="Times New Roman" w:hAnsi="Times New Roman" w:cs="Times New Roman"/>
        </w:rPr>
      </w:pPr>
      <w:r w:rsidRPr="0005118B">
        <w:rPr>
          <w:rFonts w:ascii="Times New Roman" w:hAnsi="Times New Roman" w:cs="Times New Roman"/>
        </w:rPr>
        <w:t xml:space="preserve">Nyilvántartást vezető szerv neve: </w:t>
      </w:r>
    </w:p>
    <w:p w:rsidR="0005118B" w:rsidRPr="0005118B" w:rsidRDefault="0005118B" w:rsidP="0005118B">
      <w:pPr>
        <w:rPr>
          <w:rFonts w:ascii="Times New Roman" w:hAnsi="Times New Roman" w:cs="Times New Roman"/>
        </w:rPr>
      </w:pPr>
      <w:r w:rsidRPr="0005118B">
        <w:rPr>
          <w:rFonts w:ascii="Times New Roman" w:hAnsi="Times New Roman" w:cs="Times New Roman"/>
        </w:rPr>
        <w:t xml:space="preserve">Adószám: </w:t>
      </w: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18B">
        <w:rPr>
          <w:rFonts w:ascii="Times New Roman" w:hAnsi="Times New Roman" w:cs="Times New Roman"/>
          <w:b/>
          <w:sz w:val="24"/>
          <w:szCs w:val="24"/>
        </w:rPr>
        <w:t xml:space="preserve">Alulírott, mint </w:t>
      </w:r>
      <w:r w:rsidRPr="0005118B">
        <w:rPr>
          <w:rFonts w:ascii="Times New Roman" w:hAnsi="Times New Roman" w:cs="Times New Roman"/>
          <w:b/>
          <w:i/>
          <w:sz w:val="24"/>
          <w:szCs w:val="24"/>
        </w:rPr>
        <w:t>a(z)………………………………………………………………………,</w:t>
      </w:r>
      <w:r w:rsidRPr="0005118B">
        <w:rPr>
          <w:rFonts w:ascii="Times New Roman" w:hAnsi="Times New Roman" w:cs="Times New Roman"/>
          <w:b/>
          <w:sz w:val="24"/>
          <w:szCs w:val="24"/>
        </w:rPr>
        <w:t xml:space="preserve"> támogatást igénylő szervezet képviseletére jogosult személy a támogatást igénylő szervezet nevében az alábbiakról nyilatkozom:</w:t>
      </w:r>
    </w:p>
    <w:p w:rsidR="0005118B" w:rsidRPr="0005118B" w:rsidRDefault="0005118B" w:rsidP="0005118B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numPr>
          <w:ilvl w:val="0"/>
          <w:numId w:val="17"/>
        </w:numPr>
        <w:tabs>
          <w:tab w:val="clear" w:pos="1065"/>
          <w:tab w:val="left" w:pos="567"/>
          <w:tab w:val="num" w:pos="851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sz w:val="24"/>
          <w:szCs w:val="24"/>
        </w:rPr>
        <w:t>1. A kedvezményezett nem alanya az ÁFA-</w:t>
      </w:r>
      <w:proofErr w:type="spellStart"/>
      <w:r w:rsidRPr="0005118B">
        <w:rPr>
          <w:rFonts w:ascii="Times New Roman" w:hAnsi="Times New Roman" w:cs="Times New Roman"/>
          <w:sz w:val="24"/>
          <w:szCs w:val="24"/>
        </w:rPr>
        <w:t>nak</w:t>
      </w:r>
      <w:proofErr w:type="spellEnd"/>
      <w:r w:rsidRPr="0005118B">
        <w:rPr>
          <w:rFonts w:ascii="Times New Roman" w:hAnsi="Times New Roman" w:cs="Times New Roman"/>
          <w:sz w:val="24"/>
          <w:szCs w:val="24"/>
        </w:rPr>
        <w:t>. Az elszámolásnál az ÁFA-</w:t>
      </w:r>
      <w:proofErr w:type="spellStart"/>
      <w:r w:rsidRPr="0005118B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05118B">
        <w:rPr>
          <w:rFonts w:ascii="Times New Roman" w:hAnsi="Times New Roman" w:cs="Times New Roman"/>
          <w:sz w:val="24"/>
          <w:szCs w:val="24"/>
        </w:rPr>
        <w:t xml:space="preserve"> növelt (bruttó) összeg kerül figyelembevételre.</w:t>
      </w:r>
    </w:p>
    <w:p w:rsidR="0005118B" w:rsidRPr="0005118B" w:rsidRDefault="0005118B" w:rsidP="0005118B">
      <w:pPr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numPr>
          <w:ilvl w:val="0"/>
          <w:numId w:val="17"/>
        </w:numPr>
        <w:tabs>
          <w:tab w:val="left" w:pos="567"/>
          <w:tab w:val="center" w:pos="4536"/>
          <w:tab w:val="right" w:pos="9072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sz w:val="24"/>
          <w:szCs w:val="24"/>
        </w:rPr>
        <w:t>2. A kedvezményezett alanya az ÁFA-</w:t>
      </w:r>
      <w:proofErr w:type="spellStart"/>
      <w:r w:rsidRPr="0005118B">
        <w:rPr>
          <w:rFonts w:ascii="Times New Roman" w:hAnsi="Times New Roman" w:cs="Times New Roman"/>
          <w:sz w:val="24"/>
          <w:szCs w:val="24"/>
        </w:rPr>
        <w:t>nak</w:t>
      </w:r>
      <w:proofErr w:type="spellEnd"/>
      <w:r w:rsidRPr="0005118B">
        <w:rPr>
          <w:rFonts w:ascii="Times New Roman" w:hAnsi="Times New Roman" w:cs="Times New Roman"/>
          <w:sz w:val="24"/>
          <w:szCs w:val="24"/>
        </w:rPr>
        <w:t>. A jelen támogatás keretén belül elszámolni kívánt tételekkel kapcsolatban felmerült költségeihez kapcsolódó ÁFA-</w:t>
      </w:r>
      <w:proofErr w:type="spellStart"/>
      <w:r w:rsidRPr="0005118B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05118B">
        <w:rPr>
          <w:rFonts w:ascii="Times New Roman" w:hAnsi="Times New Roman" w:cs="Times New Roman"/>
          <w:sz w:val="24"/>
          <w:szCs w:val="24"/>
        </w:rPr>
        <w:t xml:space="preserve"> vonatkozóan adólevonási jog illeti meg. Az elszámolásnál az ÁFA nélküli (nettó) összeg kerül figyelembevételre.</w:t>
      </w:r>
    </w:p>
    <w:p w:rsidR="0005118B" w:rsidRPr="0005118B" w:rsidRDefault="0005118B" w:rsidP="0005118B">
      <w:pPr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numPr>
          <w:ilvl w:val="0"/>
          <w:numId w:val="17"/>
        </w:numPr>
        <w:tabs>
          <w:tab w:val="left" w:pos="567"/>
          <w:tab w:val="center" w:pos="4536"/>
          <w:tab w:val="right" w:pos="9072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sz w:val="24"/>
          <w:szCs w:val="24"/>
        </w:rPr>
        <w:t>3. A kedvezményezett alanya az ÁFA-</w:t>
      </w:r>
      <w:proofErr w:type="spellStart"/>
      <w:r w:rsidRPr="0005118B">
        <w:rPr>
          <w:rFonts w:ascii="Times New Roman" w:hAnsi="Times New Roman" w:cs="Times New Roman"/>
          <w:sz w:val="24"/>
          <w:szCs w:val="24"/>
        </w:rPr>
        <w:t>nak</w:t>
      </w:r>
      <w:proofErr w:type="spellEnd"/>
      <w:r w:rsidRPr="0005118B">
        <w:rPr>
          <w:rFonts w:ascii="Times New Roman" w:hAnsi="Times New Roman" w:cs="Times New Roman"/>
          <w:sz w:val="24"/>
          <w:szCs w:val="24"/>
        </w:rPr>
        <w:t>, de azt a jelen támogatáshoz kapcsolódóan elszámolt tételekkel kapcsolatban nem vonhatja le. A kedvezményezett vállalja, hogy a felmerült költségeit tételesen elkülöníti és az ezekhez kapcsolódó ÁFA-</w:t>
      </w:r>
      <w:proofErr w:type="spellStart"/>
      <w:r w:rsidRPr="0005118B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05118B">
        <w:rPr>
          <w:rFonts w:ascii="Times New Roman" w:hAnsi="Times New Roman" w:cs="Times New Roman"/>
          <w:sz w:val="24"/>
          <w:szCs w:val="24"/>
        </w:rPr>
        <w:t xml:space="preserve"> vonatkozó adólevonási jogával nem él. Az elszámolásnál az ÁFA-</w:t>
      </w:r>
      <w:proofErr w:type="spellStart"/>
      <w:r w:rsidRPr="0005118B">
        <w:rPr>
          <w:rFonts w:ascii="Times New Roman" w:hAnsi="Times New Roman" w:cs="Times New Roman"/>
          <w:sz w:val="24"/>
          <w:szCs w:val="24"/>
        </w:rPr>
        <w:t>val</w:t>
      </w:r>
      <w:proofErr w:type="spellEnd"/>
      <w:r w:rsidRPr="0005118B">
        <w:rPr>
          <w:rFonts w:ascii="Times New Roman" w:hAnsi="Times New Roman" w:cs="Times New Roman"/>
          <w:sz w:val="24"/>
          <w:szCs w:val="24"/>
        </w:rPr>
        <w:t xml:space="preserve"> növelt (bruttó) összeg kerül figyelembevételre.</w:t>
      </w: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sz w:val="24"/>
          <w:szCs w:val="24"/>
        </w:rPr>
        <w:lastRenderedPageBreak/>
        <w:t xml:space="preserve">Továbbá kijelentem, hogy amennyiben a jelen nyilatkozat tartalmában, illetve az abban szereplő adatokban </w:t>
      </w:r>
      <w:r w:rsidRPr="0005118B">
        <w:rPr>
          <w:rFonts w:ascii="Times New Roman" w:hAnsi="Times New Roman" w:cs="Times New Roman"/>
          <w:b/>
          <w:sz w:val="24"/>
          <w:szCs w:val="24"/>
        </w:rPr>
        <w:t>változás következik be</w:t>
      </w:r>
      <w:r w:rsidRPr="0005118B">
        <w:rPr>
          <w:rFonts w:ascii="Times New Roman" w:hAnsi="Times New Roman" w:cs="Times New Roman"/>
          <w:sz w:val="24"/>
          <w:szCs w:val="24"/>
        </w:rPr>
        <w:t xml:space="preserve">, arról a Sportváros Nonprofit Kft.-t haladéktalanul, de legkésőbb a változást követő </w:t>
      </w:r>
      <w:r w:rsidRPr="0005118B">
        <w:rPr>
          <w:rFonts w:ascii="Times New Roman" w:hAnsi="Times New Roman" w:cs="Times New Roman"/>
          <w:b/>
          <w:sz w:val="24"/>
          <w:szCs w:val="24"/>
        </w:rPr>
        <w:t>5 napon belül</w:t>
      </w:r>
      <w:r w:rsidRPr="0005118B">
        <w:rPr>
          <w:rFonts w:ascii="Times New Roman" w:hAnsi="Times New Roman" w:cs="Times New Roman"/>
          <w:sz w:val="24"/>
          <w:szCs w:val="24"/>
        </w:rPr>
        <w:t xml:space="preserve"> – jelen nyilatkozat megfelelő kitöltésével és benyújtásával – tájékoztatom.</w:t>
      </w: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sz w:val="24"/>
          <w:szCs w:val="24"/>
        </w:rPr>
        <w:t xml:space="preserve">Tudomásul veszem, hogy amennyiben az Áfa tv. által előírt fordított adózás szerint a termék beszerzőjeként, illetve a szolgáltatás igénybe vevőjeként kötelezett vagyok az általános forgalmi adó megfizetésére, valamint e körben áfa levonási joggal nem rendelkezem, az érintett ügyletet külön számolom el és az ügyletet alátámasztó </w:t>
      </w:r>
      <w:proofErr w:type="spellStart"/>
      <w:r w:rsidRPr="0005118B">
        <w:rPr>
          <w:rFonts w:ascii="Times New Roman" w:hAnsi="Times New Roman" w:cs="Times New Roman"/>
          <w:sz w:val="24"/>
          <w:szCs w:val="24"/>
        </w:rPr>
        <w:t>bizonylato</w:t>
      </w:r>
      <w:proofErr w:type="spellEnd"/>
      <w:r w:rsidRPr="0005118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5118B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05118B">
        <w:rPr>
          <w:rFonts w:ascii="Times New Roman" w:hAnsi="Times New Roman" w:cs="Times New Roman"/>
          <w:sz w:val="24"/>
          <w:szCs w:val="24"/>
        </w:rPr>
        <w:t>)t elkülönítetten nyújtom be.</w:t>
      </w: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sz w:val="24"/>
          <w:szCs w:val="24"/>
        </w:rPr>
        <w:t>Hozzájárulok ahhoz, hogy a Sportváros Nonprofit Kft. adataimat felhasználja, nyilvántartsa és szükség esetén további adatokat kérjen be, valamint e célból a Nemzeti Adó– és Vámhivatalt megkeresse. Az ilyen jellegű adatszolgáltatáshoz hozzájárulok. Tudomásul veszem, hogy a Sportváros Nonprofit Kft. az általános forgalmi adóval kapcsolatos jogállásomra vonatkozóan további nyilatkozatot, információt kérhet.</w:t>
      </w: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rPr>
          <w:rFonts w:ascii="Times New Roman" w:hAnsi="Times New Roman" w:cs="Times New Roman"/>
          <w:sz w:val="24"/>
          <w:szCs w:val="24"/>
        </w:rPr>
      </w:pPr>
      <w:r w:rsidRPr="0005118B">
        <w:rPr>
          <w:rFonts w:ascii="Times New Roman" w:hAnsi="Times New Roman" w:cs="Times New Roman"/>
          <w:bCs/>
          <w:sz w:val="24"/>
          <w:szCs w:val="24"/>
        </w:rPr>
        <w:t>…………</w:t>
      </w:r>
      <w:r w:rsidRPr="0005118B">
        <w:rPr>
          <w:rFonts w:ascii="Times New Roman" w:hAnsi="Times New Roman" w:cs="Times New Roman"/>
          <w:sz w:val="24"/>
          <w:szCs w:val="24"/>
        </w:rPr>
        <w:t>, 2026. …………. hónap …………nap</w:t>
      </w: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18B" w:rsidRPr="0005118B" w:rsidRDefault="0005118B" w:rsidP="0005118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788" w:type="dxa"/>
        <w:tblLook w:val="01E0" w:firstRow="1" w:lastRow="1" w:firstColumn="1" w:lastColumn="1" w:noHBand="0" w:noVBand="0"/>
      </w:tblPr>
      <w:tblGrid>
        <w:gridCol w:w="4424"/>
      </w:tblGrid>
      <w:tr w:rsidR="0005118B" w:rsidRPr="0005118B" w:rsidTr="003B6F34">
        <w:tc>
          <w:tcPr>
            <w:tcW w:w="4424" w:type="dxa"/>
          </w:tcPr>
          <w:p w:rsidR="0005118B" w:rsidRPr="0005118B" w:rsidRDefault="0005118B" w:rsidP="003B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</w:p>
          <w:p w:rsidR="0005118B" w:rsidRPr="0005118B" w:rsidRDefault="0005118B" w:rsidP="003B6F3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i/>
                <w:sz w:val="24"/>
                <w:szCs w:val="24"/>
              </w:rPr>
              <w:t>igénylő képviselőjének aláírása</w:t>
            </w:r>
          </w:p>
          <w:p w:rsidR="0005118B" w:rsidRPr="0005118B" w:rsidRDefault="0005118B" w:rsidP="003B6F3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118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05118B">
              <w:rPr>
                <w:rFonts w:ascii="Times New Roman" w:hAnsi="Times New Roman" w:cs="Times New Roman"/>
                <w:i/>
                <w:sz w:val="24"/>
                <w:szCs w:val="24"/>
              </w:rPr>
              <w:t>ph</w:t>
            </w:r>
            <w:proofErr w:type="spellEnd"/>
            <w:r w:rsidRPr="0005118B"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</w:tr>
    </w:tbl>
    <w:p w:rsidR="0005118B" w:rsidRPr="0005118B" w:rsidRDefault="0005118B" w:rsidP="0005118B">
      <w:pPr>
        <w:tabs>
          <w:tab w:val="left" w:pos="4860"/>
        </w:tabs>
        <w:jc w:val="both"/>
        <w:rPr>
          <w:rFonts w:ascii="Times New Roman" w:hAnsi="Times New Roman" w:cs="Times New Roman"/>
        </w:rPr>
      </w:pPr>
    </w:p>
    <w:p w:rsidR="0005118B" w:rsidRPr="002C2E26" w:rsidRDefault="0005118B" w:rsidP="00366B6A">
      <w:pPr>
        <w:ind w:left="4320"/>
        <w:jc w:val="center"/>
        <w:rPr>
          <w:rFonts w:ascii="Times New Roman" w:hAnsi="Times New Roman" w:cs="Times New Roman"/>
          <w:sz w:val="24"/>
          <w:szCs w:val="24"/>
        </w:rPr>
      </w:pPr>
    </w:p>
    <w:sectPr w:rsidR="0005118B" w:rsidRPr="002C2E26" w:rsidSect="009538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3DED" w:rsidRPr="001A628E" w:rsidRDefault="005C3DED">
      <w:pPr>
        <w:spacing w:after="0" w:line="240" w:lineRule="auto"/>
      </w:pPr>
      <w:r w:rsidRPr="001A628E">
        <w:separator/>
      </w:r>
    </w:p>
  </w:endnote>
  <w:endnote w:type="continuationSeparator" w:id="0">
    <w:p w:rsidR="005C3DED" w:rsidRPr="001A628E" w:rsidRDefault="005C3DED">
      <w:pPr>
        <w:spacing w:after="0" w:line="240" w:lineRule="auto"/>
      </w:pPr>
      <w:r w:rsidRPr="001A62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42B8" w:rsidRDefault="006642B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1101850"/>
      <w:docPartObj>
        <w:docPartGallery w:val="Page Numbers (Bottom of Page)"/>
        <w:docPartUnique/>
      </w:docPartObj>
    </w:sdtPr>
    <w:sdtContent>
      <w:p w:rsidR="00D966E7" w:rsidRDefault="00D966E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966E7" w:rsidRDefault="00D966E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42B8" w:rsidRDefault="006642B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3DED" w:rsidRPr="001A628E" w:rsidRDefault="005C3DED">
      <w:pPr>
        <w:spacing w:after="0" w:line="240" w:lineRule="auto"/>
      </w:pPr>
      <w:r w:rsidRPr="001A628E">
        <w:separator/>
      </w:r>
    </w:p>
  </w:footnote>
  <w:footnote w:type="continuationSeparator" w:id="0">
    <w:p w:rsidR="005C3DED" w:rsidRPr="001A628E" w:rsidRDefault="005C3DED">
      <w:pPr>
        <w:spacing w:after="0" w:line="240" w:lineRule="auto"/>
      </w:pPr>
      <w:r w:rsidRPr="001A628E">
        <w:continuationSeparator/>
      </w:r>
    </w:p>
  </w:footnote>
  <w:footnote w:id="1">
    <w:p w:rsidR="006A7CAA" w:rsidRDefault="006A7CAA" w:rsidP="006A7CAA">
      <w:pPr>
        <w:pStyle w:val="Lbjegyzetszveg"/>
      </w:pPr>
      <w:r>
        <w:rPr>
          <w:rStyle w:val="Lbjegyzet-hivatkozs"/>
        </w:rPr>
        <w:footnoteRef/>
      </w:r>
      <w:r>
        <w:t xml:space="preserve"> Abban az esetben kell kitölteni, ha az 1.2. pontban meghatározott címtől eltér</w:t>
      </w:r>
    </w:p>
  </w:footnote>
  <w:footnote w:id="2">
    <w:p w:rsidR="006A7CAA" w:rsidRDefault="006A7CAA" w:rsidP="006A7CAA">
      <w:pPr>
        <w:pStyle w:val="Lbjegyzetszveg"/>
      </w:pPr>
      <w:r>
        <w:rPr>
          <w:rStyle w:val="Lbjegyzet-hivatkozs"/>
        </w:rPr>
        <w:footnoteRef/>
      </w:r>
      <w:r>
        <w:t xml:space="preserve"> Az igénylő formájától függően: bírósági nyilvántartásba vételi szám,</w:t>
      </w:r>
      <w:r w:rsidRPr="004E5970">
        <w:t xml:space="preserve"> </w:t>
      </w:r>
      <w:r>
        <w:t>cégjegyzékszám</w:t>
      </w:r>
    </w:p>
  </w:footnote>
  <w:footnote w:id="3">
    <w:p w:rsidR="006A7CAA" w:rsidRDefault="006A7CAA" w:rsidP="006A7CAA">
      <w:pPr>
        <w:pStyle w:val="Lbjegyzetszveg"/>
      </w:pPr>
      <w:r>
        <w:rPr>
          <w:rStyle w:val="Lbjegyzet-hivatkozs"/>
        </w:rPr>
        <w:footnoteRef/>
      </w:r>
      <w:r>
        <w:t xml:space="preserve"> Az igénylő valamennyi számlaszámát köteles megadni.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42B8" w:rsidRDefault="006642B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748C" w:rsidRDefault="009F1197" w:rsidP="004E748C">
    <w:pPr>
      <w:pStyle w:val="lfej"/>
      <w:jc w:val="right"/>
    </w:pPr>
    <w:r>
      <w:rPr>
        <w:noProof/>
      </w:rPr>
      <w:drawing>
        <wp:inline distT="0" distB="0" distL="0" distR="0">
          <wp:extent cx="694750" cy="694750"/>
          <wp:effectExtent l="0" t="0" r="0" b="0"/>
          <wp:docPr id="26872860" name="Áb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72860" name="Ábra 2687286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970" cy="702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42B8" w:rsidRDefault="006642B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EF3668"/>
    <w:multiLevelType w:val="hybridMultilevel"/>
    <w:tmpl w:val="0714028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21009"/>
    <w:multiLevelType w:val="multilevel"/>
    <w:tmpl w:val="E3B2B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4"/>
      <w:numFmt w:val="decimal"/>
      <w:isLgl/>
      <w:lvlText w:val="%1.%2"/>
      <w:lvlJc w:val="left"/>
      <w:pPr>
        <w:tabs>
          <w:tab w:val="num" w:pos="712"/>
        </w:tabs>
        <w:ind w:left="712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1" w15:restartNumberingAfterBreak="0">
    <w:nsid w:val="39B509A8"/>
    <w:multiLevelType w:val="hybridMultilevel"/>
    <w:tmpl w:val="6B4E1DB2"/>
    <w:lvl w:ilvl="0" w:tplc="6C847C2A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CE75B3"/>
    <w:multiLevelType w:val="hybridMultilevel"/>
    <w:tmpl w:val="639A61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F68"/>
    <w:multiLevelType w:val="hybridMultilevel"/>
    <w:tmpl w:val="1F324520"/>
    <w:lvl w:ilvl="0" w:tplc="040E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14" w15:restartNumberingAfterBreak="0">
    <w:nsid w:val="42A040A9"/>
    <w:multiLevelType w:val="hybridMultilevel"/>
    <w:tmpl w:val="C9F2C2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C67EF"/>
    <w:multiLevelType w:val="hybridMultilevel"/>
    <w:tmpl w:val="AC302060"/>
    <w:lvl w:ilvl="0" w:tplc="E8745252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D1C52"/>
    <w:multiLevelType w:val="hybridMultilevel"/>
    <w:tmpl w:val="7A801CF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8A5185"/>
    <w:multiLevelType w:val="hybridMultilevel"/>
    <w:tmpl w:val="5016AE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C30601"/>
    <w:multiLevelType w:val="hybridMultilevel"/>
    <w:tmpl w:val="61BA9744"/>
    <w:lvl w:ilvl="0" w:tplc="9668945A">
      <w:start w:val="53"/>
      <w:numFmt w:val="bullet"/>
      <w:lvlText w:val="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Times New Roman" w:hint="default"/>
        <w:b/>
        <w:sz w:val="36"/>
        <w:szCs w:val="36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E4455A"/>
    <w:multiLevelType w:val="hybridMultilevel"/>
    <w:tmpl w:val="F61C4606"/>
    <w:lvl w:ilvl="0" w:tplc="F15E67F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21A11"/>
    <w:multiLevelType w:val="hybridMultilevel"/>
    <w:tmpl w:val="31BEB0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B578B"/>
    <w:multiLevelType w:val="hybridMultilevel"/>
    <w:tmpl w:val="4FD035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5B192E"/>
    <w:multiLevelType w:val="hybridMultilevel"/>
    <w:tmpl w:val="B7B8805C"/>
    <w:lvl w:ilvl="0" w:tplc="6C847C2A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784169">
    <w:abstractNumId w:val="8"/>
  </w:num>
  <w:num w:numId="2" w16cid:durableId="1533032874">
    <w:abstractNumId w:val="6"/>
  </w:num>
  <w:num w:numId="3" w16cid:durableId="196546587">
    <w:abstractNumId w:val="5"/>
  </w:num>
  <w:num w:numId="4" w16cid:durableId="544413079">
    <w:abstractNumId w:val="4"/>
  </w:num>
  <w:num w:numId="5" w16cid:durableId="934481480">
    <w:abstractNumId w:val="7"/>
  </w:num>
  <w:num w:numId="6" w16cid:durableId="123430093">
    <w:abstractNumId w:val="3"/>
  </w:num>
  <w:num w:numId="7" w16cid:durableId="2066835812">
    <w:abstractNumId w:val="2"/>
  </w:num>
  <w:num w:numId="8" w16cid:durableId="1564294836">
    <w:abstractNumId w:val="1"/>
  </w:num>
  <w:num w:numId="9" w16cid:durableId="1466508596">
    <w:abstractNumId w:val="0"/>
  </w:num>
  <w:num w:numId="10" w16cid:durableId="191578169">
    <w:abstractNumId w:val="10"/>
  </w:num>
  <w:num w:numId="11" w16cid:durableId="1423333287">
    <w:abstractNumId w:val="16"/>
  </w:num>
  <w:num w:numId="12" w16cid:durableId="1186365085">
    <w:abstractNumId w:val="9"/>
  </w:num>
  <w:num w:numId="13" w16cid:durableId="1711297764">
    <w:abstractNumId w:val="15"/>
  </w:num>
  <w:num w:numId="14" w16cid:durableId="1246308433">
    <w:abstractNumId w:val="19"/>
  </w:num>
  <w:num w:numId="15" w16cid:durableId="203829045">
    <w:abstractNumId w:val="22"/>
  </w:num>
  <w:num w:numId="16" w16cid:durableId="404885052">
    <w:abstractNumId w:val="11"/>
  </w:num>
  <w:num w:numId="17" w16cid:durableId="103575138">
    <w:abstractNumId w:val="18"/>
  </w:num>
  <w:num w:numId="18" w16cid:durableId="1410813304">
    <w:abstractNumId w:val="14"/>
  </w:num>
  <w:num w:numId="19" w16cid:durableId="1255358069">
    <w:abstractNumId w:val="20"/>
  </w:num>
  <w:num w:numId="20" w16cid:durableId="1360937696">
    <w:abstractNumId w:val="13"/>
  </w:num>
  <w:num w:numId="21" w16cid:durableId="764037500">
    <w:abstractNumId w:val="17"/>
  </w:num>
  <w:num w:numId="22" w16cid:durableId="1142580149">
    <w:abstractNumId w:val="21"/>
  </w:num>
  <w:num w:numId="23" w16cid:durableId="14793766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C77"/>
    <w:rsid w:val="0005118B"/>
    <w:rsid w:val="0006063C"/>
    <w:rsid w:val="00063EDE"/>
    <w:rsid w:val="000F57DA"/>
    <w:rsid w:val="00136B06"/>
    <w:rsid w:val="0015074B"/>
    <w:rsid w:val="00193EB9"/>
    <w:rsid w:val="001A628E"/>
    <w:rsid w:val="001B703B"/>
    <w:rsid w:val="00207354"/>
    <w:rsid w:val="00231B57"/>
    <w:rsid w:val="00235043"/>
    <w:rsid w:val="0024078D"/>
    <w:rsid w:val="00281AF3"/>
    <w:rsid w:val="0029639D"/>
    <w:rsid w:val="002C2E26"/>
    <w:rsid w:val="002E6A69"/>
    <w:rsid w:val="00326F90"/>
    <w:rsid w:val="003404FC"/>
    <w:rsid w:val="00355EFA"/>
    <w:rsid w:val="00366B6A"/>
    <w:rsid w:val="00367A73"/>
    <w:rsid w:val="00391393"/>
    <w:rsid w:val="003A3266"/>
    <w:rsid w:val="003B7921"/>
    <w:rsid w:val="003E4151"/>
    <w:rsid w:val="00443D93"/>
    <w:rsid w:val="00444527"/>
    <w:rsid w:val="00471916"/>
    <w:rsid w:val="00491032"/>
    <w:rsid w:val="004C51A6"/>
    <w:rsid w:val="004C58C1"/>
    <w:rsid w:val="004C6A2F"/>
    <w:rsid w:val="004E748C"/>
    <w:rsid w:val="00525856"/>
    <w:rsid w:val="00553966"/>
    <w:rsid w:val="005B0FD5"/>
    <w:rsid w:val="005B6A47"/>
    <w:rsid w:val="005C1F23"/>
    <w:rsid w:val="005C3DED"/>
    <w:rsid w:val="00614FB7"/>
    <w:rsid w:val="006327C3"/>
    <w:rsid w:val="006549EE"/>
    <w:rsid w:val="006639E3"/>
    <w:rsid w:val="006642B8"/>
    <w:rsid w:val="00681313"/>
    <w:rsid w:val="006936C6"/>
    <w:rsid w:val="00694FF1"/>
    <w:rsid w:val="006A562D"/>
    <w:rsid w:val="006A7CAA"/>
    <w:rsid w:val="006C0E42"/>
    <w:rsid w:val="006F0752"/>
    <w:rsid w:val="00713688"/>
    <w:rsid w:val="0072048D"/>
    <w:rsid w:val="00781B63"/>
    <w:rsid w:val="007C3FF0"/>
    <w:rsid w:val="007D703A"/>
    <w:rsid w:val="007F068C"/>
    <w:rsid w:val="007F505C"/>
    <w:rsid w:val="0082283C"/>
    <w:rsid w:val="008360C8"/>
    <w:rsid w:val="0084380A"/>
    <w:rsid w:val="00852046"/>
    <w:rsid w:val="00867A3A"/>
    <w:rsid w:val="008948C5"/>
    <w:rsid w:val="008C3274"/>
    <w:rsid w:val="008D7F13"/>
    <w:rsid w:val="008F5AF4"/>
    <w:rsid w:val="00927AEF"/>
    <w:rsid w:val="00953854"/>
    <w:rsid w:val="009729AD"/>
    <w:rsid w:val="00997E88"/>
    <w:rsid w:val="009A1211"/>
    <w:rsid w:val="009C3246"/>
    <w:rsid w:val="009C34B2"/>
    <w:rsid w:val="009F1197"/>
    <w:rsid w:val="00A06729"/>
    <w:rsid w:val="00A80779"/>
    <w:rsid w:val="00AA1D8D"/>
    <w:rsid w:val="00AC7276"/>
    <w:rsid w:val="00B47730"/>
    <w:rsid w:val="00B52027"/>
    <w:rsid w:val="00B618B4"/>
    <w:rsid w:val="00B746F4"/>
    <w:rsid w:val="00BD1D95"/>
    <w:rsid w:val="00BE10B5"/>
    <w:rsid w:val="00C60C55"/>
    <w:rsid w:val="00C9097F"/>
    <w:rsid w:val="00CB0664"/>
    <w:rsid w:val="00CF2BF4"/>
    <w:rsid w:val="00D362F3"/>
    <w:rsid w:val="00D82D0F"/>
    <w:rsid w:val="00D966E7"/>
    <w:rsid w:val="00E34144"/>
    <w:rsid w:val="00E34C78"/>
    <w:rsid w:val="00E47B81"/>
    <w:rsid w:val="00E90C38"/>
    <w:rsid w:val="00E92449"/>
    <w:rsid w:val="00EC7BBB"/>
    <w:rsid w:val="00ED2431"/>
    <w:rsid w:val="00F03D0A"/>
    <w:rsid w:val="00F67874"/>
    <w:rsid w:val="00F96A48"/>
    <w:rsid w:val="00FB2806"/>
    <w:rsid w:val="00FB4558"/>
    <w:rsid w:val="00FC57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C6571B"/>
  <w14:defaultImageDpi w14:val="300"/>
  <w15:docId w15:val="{730962D5-C41A-4262-A478-EF543941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Lbjegyzetszveg">
    <w:name w:val="footnote text"/>
    <w:basedOn w:val="Norml"/>
    <w:link w:val="LbjegyzetszvegChar"/>
    <w:semiHidden/>
    <w:rsid w:val="006A7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A7CAA"/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character" w:styleId="Lbjegyzet-hivatkozs">
    <w:name w:val="footnote reference"/>
    <w:semiHidden/>
    <w:rsid w:val="006A7CAA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281AF3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81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736</Words>
  <Characters>5083</Characters>
  <Application>Microsoft Office Word</Application>
  <DocSecurity>0</DocSecurity>
  <Lines>42</Lines>
  <Paragraphs>11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Júlia</cp:lastModifiedBy>
  <cp:revision>3</cp:revision>
  <cp:lastPrinted>2025-12-01T13:44:00Z</cp:lastPrinted>
  <dcterms:created xsi:type="dcterms:W3CDTF">2026-02-23T07:38:00Z</dcterms:created>
  <dcterms:modified xsi:type="dcterms:W3CDTF">2026-02-23T07:39:00Z</dcterms:modified>
  <cp:category/>
</cp:coreProperties>
</file>